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השיר ואת תוכנו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בשיר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בנושא הזהות והגאווה המזרחית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"מזרח הוא"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המזרח הוא המקום שממנו זורחת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השיר כתוב בשורה חופשית בלי חריזה ומשקל קבועים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מבנה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מגמגם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2. 1951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(מוזיקה ערבית קלאסית)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(אגדה)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(אוכל ושתייה)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(זיכרון משפחתי)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שהשיר מציג תמונות עשירות ומגוונות (מוזיקה, אגדה, אוכל, משפחה, שירה) ומסיים בחזרה למשמעות המילה - מקור אור. התלמיד/ה צריך להביא שתי דוגמאות קונקרטיות מתוכן השיר.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האנפורה "מזרח הוא" ואת תפקידה הארגוני כהגדרה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 על שילוב בין עולם המדע לעולם האוכל (למשל חלקיק וחומוס)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שהשיר מציג את התרבות המזרחית בגאווה ובעושר, לא כתווית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בשאילת התלמידים מה המילה "מזרח" מסמלת בעיניהם, ולהשוות לתפיסת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השיר בקול רם ולהדגיש את החזרה על "מזרח הוא" בכל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לחפש בעצמם תמונות מתחומים שונים (מוזיקה, אוכל, משפחה) ולסדר אותן כמו בשיר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"מזרח" מאת רוני סומק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השיר "מזרח" מאת רוני סומק הוא מעין הגדרה שירית למילה "מזרח", הבנויה מחמישה בתים שכל אחד מהם נפתח במילים "מזרח הוא". השיר משלב תרבות ערבית, זיכרונות משפחה וגאווה בזהות המזרחית.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מגמגם  ·  אנפורה  ·  1951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באילו מילים נפתח כל בית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"אני זוכר"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"מזרח הוא"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"סבא שלי"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בתים יש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מסתיים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המזרח הוא המקום שממנו זורחת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הדובר חוזר לבגדד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הסבתא מוצאת את הבקבוק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כתוב בחריזה ובמשקל קבועים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בית בשיר עוסק בתחום אחר - מוזיקה, אגדה, אוכל, משפחה וגאוגרפיה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השיר "מזרח" מופיע בספר "נקמת הילד ה__________"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רוני סומק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החזרה "מזרח הוא" בתחילת כל בית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מוחמד עבד אל-והאב ואום כולתום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זיכרון 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עלי באבא וארבעים השודדים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חומוס, טחינה וערק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מוזיקה ערבית קלאסית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שפמו של הסבא והבקבוק שהוסתר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אגדה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השיר הופך את המילה "מזרח" ממילה שלפעמים נאמרת בזלזול למקור של גאווה. הביאו שתי דוגמאות מהשיר.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באילו מילים נפתח כל בית בשיר, ומה תפקיד החזרה הזו?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לערבוב משלבים בשיר והסבירו את ההומור שבה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"מזרח" מאת רוני סומק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