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 הזהות והגאווה המזרחית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"מזרח הוא"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המזרח הוא המקום שממנו זורחת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בבגדד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ערבוב משלבים בין מדע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גאווה ואהבה לתרבות המזרחית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השיר כתוב בשורה חופשית בלי חריזה ומשקל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אינו פונה לנמען מסוים אלא ניתן לקרוא אותו כפנייה כללית לקורא הישראלי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השיר משלב זיכרונות משפחה לצד דמויות מפורסמות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השיר חוזר בסיום למשמעות הפשוטה - המקום שממנו זורחת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מגמגם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אומארה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(מוזיקה ערבית קלאסית)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(זיכרון 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(מרחבי המדבר)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שהשיר מציג תמונות עשירות ומגוונות (מוזיקה, אגדה, אוכל, משפחה, שירה) ומסיים בחזרה למשמעות המילה - מקור אור. התלמיד/ה צריך להביא שתי דוגמאות קונקרטיות מתוכן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שימוש בחזרה (אנפורה) ותמונות אישיות מגוונות, בדומה למבנה השיר.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האנפורה "מזרח הוא" ואת תפקידה הארגוני כהגדרה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 על שילוב בין עולם המדע לעולם האוכל (למשל חלקיק וחומוס)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שהשיר מציג את התרבות המזרחית בגאווה ובעושר, לא כתווית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בשאילת התלמידים מה המילה "מזרח" מסמלת בעיניהם, ולהשוות לתפיסת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החזרה על "מזרח הוא" בכל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תמונות מתחומים שונים (מוזיקה, אוכל, משפחה) ולסדר אותן כמו בשיר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"מזרח" מאת רוני סומק הוא מעין הגדרה שירית למילה "מזרח", הבנויה מחמישה בתים שכל אחד מהם נפתח במילים "מזרח הוא". השיר משלב תרבות ערבית, זיכרונות משפחה וגאווה בזהות המזרחית.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באילו מילים נפתח כל בית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"אני זוכר"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"מזרח הוא"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"סבא שלי"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"בבגדד"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מסתיים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המזרח הוא המקום שממנו זורחת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הסבתא מוצאת את הבקבוק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הדובר שר שיר של אום כולתום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נולד רוני סומק?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בדמשק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יוצר את ההומור בצירוף "חלקיק גרגיר חומוס בבור פוטנציאל"?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ערבוב משלבים בין מדע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פנייה לנמען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מבטא השיר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לחיים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ביקורת על אוכל 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 מן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גאווה ואהבה לתרבות המזרחית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בחריזה ובמשקל קבועים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בית בשיר עוסק בתחום אחר - מוזיקה, אגדה, אוכל, משפחה וגאוגרפיה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פונה לנמען מסוים בשמו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מוזכרים הסבא והסבתא של הדובר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מתעלם לגמרי מהמשמעות הפשוטה של המילה מזרח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"מזרח" מופיע בספר "נקמת הילד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רוני סומק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החזרה "מזרח הוא" בתחילת כל בית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מחמוד דרוויש ו__________ הם משוררים המוזכרים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השיר חוזר הדובר אל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בבית העוסק בזיכרון המשפחתי מוזכר הבקבוק שהוסתר מעיני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מוחמד עבד אל-והאב ואום כולתום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זיכרון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עלי באבא וארבעים השודדים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מרחבי המדבר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חומוס, טחינה וערק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מוזיקה ערבית קלאסית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שפמו של הסבא והבקבוק שהוסתר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אגדה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סיני וסהרה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 ושתייה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השיר הופך את המילה "מזרח" ממילה שלפעמים נאמרת בזלזול למקור של גאווה. הביאו שתי דוגמאות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שבה אתם ממשיכים את הרעיון של השיר: "X הוא..." והוסיפו שלוש תמונות מעולמכם האישי, בהשראת הסגנון של רוני סומק.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מילים נפתח כל בית בשיר, ומה תפקיד החזרה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לערבוב משלבים בשיר והסבירו את ההומור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שהשיר מבטא לגבי זהות מזרחית?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"מזרח" מאת רוני סומק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